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Richiesta di informazioni a un ufficio</w:t>
      </w:r>
    </w:p>
    <w:p>
      <w:r>
        <w:t>Sostituisci i campi tra parentesi quadre. Copia il testo in una e-mail oppure stampa e firma la richiesta.</w:t>
      </w:r>
    </w:p>
    <w:p>
      <w:r>
        <w:t>Destinatario   [Ente e ufficio competente]</w:t>
      </w:r>
    </w:p>
    <w:p>
      <w:r>
        <w:t>Oggetto   Richiesta di informazioni su [nome della pratica]</w:t>
      </w:r>
    </w:p>
    <w:p>
      <w:r>
        <w:t>Buongiorno,</w:t>
      </w:r>
    </w:p>
    <w:p>
      <w:r>
        <w:t>scrivo per avere informazioni su [descrivere brevemente la pratica].</w:t>
      </w:r>
    </w:p>
    <w:p>
      <w:r>
        <w:t>Vorrei sapere [indicare la domanda, ad esempio quali documenti allegare o come presentare la richiesta].</w:t>
      </w:r>
    </w:p>
    <w:p>
      <w:r>
        <w:t>Per individuare la pratica, il riferimento è [numero di protocollo e data, se disponibili].</w:t>
      </w:r>
    </w:p>
    <w:p>
      <w:r>
        <w:t>Ringrazio per la disponibilità e resto in attesa di un riscontro.</w:t>
      </w:r>
    </w:p>
    <w:p>
      <w:r>
        <w:t>Cordiali saluti</w:t>
      </w:r>
    </w:p>
    <w:p>
      <w:r>
        <w:t>[Nome e cognome]</w:t>
      </w:r>
    </w:p>
    <w:p>
      <w:r>
        <w:t>[Recapito per la risposta]</w:t>
      </w:r>
    </w:p>
    <w:p>
      <w:r>
        <w:t>[Luogo e data]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304" w:bottom="144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PraticaMente Facile   ·   Modello gratuito per uso personale e di ufficio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PRATICAMENTE FACILE   /   MODULISTICA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informazioni a un ufficio</dc:title>
  <dc:subject/>
  <dc:creator>PraticaMente Facile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