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  <w:sz w:val="44"/>
        </w:rPr>
        <w:t>Delega per una pratica amministrativa</w:t>
      </w:r>
    </w:p>
    <w:p>
      <w:r>
        <w:t>Ente o ufficio destinatario   ___________________________________________________</w:t>
      </w:r>
    </w:p>
    <w:p>
      <w:r>
        <w:t>Pratica o protocollo   ___________________________________________________</w:t>
      </w:r>
    </w:p>
    <w:p>
      <w:r>
        <w:rPr>
          <w:b/>
          <w:color w:val="245847"/>
        </w:rPr>
        <w:t>Chi conferisce la delega</w:t>
      </w:r>
    </w:p>
    <w:p>
      <w:r>
        <w:t>Nome e cognome   ___________________________________________________</w:t>
      </w:r>
    </w:p>
    <w:p>
      <w:r>
        <w:t>Luogo e data di nascita   ___________________________________________________</w:t>
      </w:r>
    </w:p>
    <w:p>
      <w:r>
        <w:t>Residenza   ___________________________________________________</w:t>
      </w:r>
    </w:p>
    <w:p>
      <w:r>
        <w:rPr>
          <w:b/>
          <w:color w:val="245847"/>
        </w:rPr>
        <w:t>Persona delegata</w:t>
      </w:r>
    </w:p>
    <w:p>
      <w:r>
        <w:t>Nome e cognome   ___________________________________________________</w:t>
      </w:r>
    </w:p>
    <w:p>
      <w:r>
        <w:t>Luogo e data di nascita   ___________________________________________________</w:t>
      </w:r>
    </w:p>
    <w:p>
      <w:r>
        <w:t>Residenza   ___________________________________________________</w:t>
      </w:r>
    </w:p>
    <w:p>
      <w:r>
        <w:rPr>
          <w:b/>
          <w:color w:val="245847"/>
        </w:rPr>
        <w:t>Operazione autorizzata</w:t>
      </w:r>
    </w:p>
    <w:p>
      <w:r>
        <w:t>Delego la persona sopra indicata a svolgere per mio conto la seguente operazione presso l’ufficio indicato. Barrare la voce e precisare i documenti interessati.</w:t>
      </w:r>
    </w:p>
    <w:p>
      <w:r>
        <w:t>☐ Consegnare documenti già firmati     ☐ Ritirare documenti     ☐ Altro</w:t>
      </w:r>
    </w:p>
    <w:p>
      <w:r>
        <w:t>Descrizione   _________________________________________________________</w:t>
      </w:r>
    </w:p>
    <w:p>
      <w:r>
        <w:t xml:space="preserve">   ___________________________________________________________________________</w:t>
      </w:r>
    </w:p>
    <w:p>
      <w:r>
        <w:t>La delega vale soltanto per la pratica e l’operazione indicate.</w:t>
      </w:r>
    </w:p>
    <w:p>
      <w:r>
        <w:t>Luogo e data   ______________________________</w:t>
      </w:r>
    </w:p>
    <w:p>
      <w:r>
        <w:t>Firma di chi conferisce la delega   ______________________________________</w:t>
      </w:r>
    </w:p>
    <w:p>
      <w:r>
        <w:t>Prima della consegna verifica se l’ufficio richiede un proprio modulo o una copia del documento del delegante. La persona delegata porti un documento di identità valido.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134" w:bottom="119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PraticaMente Facile   ·   Facsimile gratuito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PRATICAMENTE FACILE   /   MODULISTICA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Delega per una pratica amministrativa</dc:title>
  <dc:subject/>
  <dc:creator>PraticaMente Facile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