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sz w:val="44"/>
        </w:rPr>
        <w:t>Autodichiarazione per la PA</w:t>
      </w:r>
    </w:p>
    <w:p>
      <w:r>
        <w:t>D.P.R. 28 dicembre 2000, n. 445 · Selezionare la voce pertinente.</w:t>
      </w:r>
    </w:p>
    <w:p>
      <w:r>
        <w:t>Amministrazione destinataria   ___________________________________________</w:t>
      </w:r>
    </w:p>
    <w:p>
      <w:r>
        <w:t>Oggetto o riferimento della pratica   _____________________________________</w:t>
      </w:r>
    </w:p>
    <w:p>
      <w:r>
        <w:rPr>
          <w:b/>
          <w:color w:val="245847"/>
        </w:rPr>
        <w:t>Dati di chi dichiara</w:t>
      </w:r>
    </w:p>
    <w:p>
      <w:r>
        <w:t>Nome e cognome   ___________________________________________________</w:t>
      </w:r>
    </w:p>
    <w:p>
      <w:r>
        <w:t>Luogo e data di nascita   ___________________________________________________</w:t>
      </w:r>
    </w:p>
    <w:p>
      <w:r>
        <w:t>Residenza   ___________________________________________________</w:t>
      </w:r>
    </w:p>
    <w:p>
      <w:r>
        <w:rPr>
          <w:b/>
          <w:color w:val="245847"/>
        </w:rPr>
        <w:t>Tipo di dichiarazione</w:t>
      </w:r>
    </w:p>
    <w:p>
      <w:r>
        <w:t>☐ Dichiarazione sostitutiva di certificazione (art. 46), per uno degli stati, delle qualità o dei fatti elencati dalla norma, ad esempio la residenza.</w:t>
      </w:r>
    </w:p>
    <w:p>
      <w:r>
        <w:t>☐ Dichiarazione sostitutiva dell’atto di notorietà (art. 47), per stati, qualità o fatti di cui ho conoscenza diretta.</w:t>
      </w:r>
    </w:p>
    <w:p>
      <w:r>
        <w:rPr>
          <w:b/>
          <w:color w:val="245847"/>
        </w:rPr>
        <w:t>Dichiarazione</w:t>
      </w:r>
    </w:p>
    <w:p>
      <w:r>
        <w:t>Sotto la mia responsabilità dichiaro quanto segue.</w:t>
      </w:r>
    </w:p>
    <w:p>
      <w:r>
        <w:t xml:space="preserve">   ____________________________________________________________________________</w:t>
      </w:r>
    </w:p>
    <w:p>
      <w:r>
        <w:t xml:space="preserve">   ____________________________________________________________________________</w:t>
      </w:r>
    </w:p>
    <w:p>
      <w:r>
        <w:t xml:space="preserve">   ____________________________________________________________________________</w:t>
      </w:r>
    </w:p>
    <w:p>
      <w:r>
        <w:t>Sono consapevole delle conseguenze previste dall’art. 75 per i benefici ottenuti sulla base di dichiarazioni non veritiere e delle sanzioni penali previste dall’art. 76 per le falsità.</w:t>
      </w:r>
    </w:p>
    <w:p>
      <w:r>
        <w:t>Luogo e data   ______________________________</w:t>
      </w:r>
    </w:p>
    <w:p>
      <w:r>
        <w:t>Firma di chi dichiara   _____________________________________________</w:t>
      </w:r>
    </w:p>
    <w:p>
      <w:r>
        <w:t>Per l’atto di notorietà su carta, firma davanti all’addetto oppure presenta il modulo già firmato con copia del tuo documento di identità (art. 38). Per l’invio online segui le modalità indicate dall’ente.</w:t>
      </w:r>
    </w:p>
    <w:sectPr w:rsidR="00FC693F" w:rsidRPr="0006063C" w:rsidSect="00034616">
      <w:headerReference w:type="default" r:id="rId9"/>
      <w:footerReference w:type="default" r:id="rId10"/>
      <w:pgSz w:w="11906" w:h="16838"/>
      <w:pgMar w:top="1191" w:right="1134" w:bottom="119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PraticaMente Facile   ·   Facsimile gratuito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PRATICAMENTE FACILE   /   MODULISTICA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Autodichiarazione per la PA</dc:title>
  <dc:subject/>
  <dc:creator>PraticaMente Facile</dc:creator>
  <cp:keywords/>
  <dc:description>generated by python-docx</dc:description>
  <cp:lastModifiedBy/>
  <cp:revision>1</cp:revision>
  <dcterms:created xsi:type="dcterms:W3CDTF">2013-12-23T23:15:00Z</dcterms:created>
  <dcterms:modified xsi:type="dcterms:W3CDTF">2013-12-23T23:15:00Z</dcterms:modified>
  <cp:category/>
</cp:coreProperties>
</file>